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מורשת ומשפחה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בנושא מורשת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מושג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במשפטים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שעובר אלינו מהדורות הקודמים: סיפורים, מנהגים, ערכים וחפצים)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אני - מה שמרכיב אותי ומחבר אותי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 שעובר במשפחה ומספר סיפור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(אבא של סבא או של סבתא)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אבא של סבא או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חפץ מורשת הוא חפץ ישן שעובר במשפחה ומספר סיפור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חפץ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חפץ ישן מהמשפחה, יסביר מי נתן אותו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מנהג חוזר במשפחה ויסביר את החשיבות האישית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מה שעובר מדורות קודמים; זהות - מי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ישן עם סיפור משפחתי, כמו תכשיט או 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מנהג חוזר כמו ארוחה משותפת או חג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תצלום או תיאור של חפץ מורשת אמיתי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אישיים בכיתה כדי לחבר את המושגים לחוויה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מורשת ומשפחה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חמישה מושגים חשובים הקשורים למשפחה ולמורשת: מורשת, זהות, חפץ מורשת, סבא־רבא ומסורת.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חפץ מורשת  ·  מורשת  ·  זהות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 שעובר במשפחה ומספר סיפור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אבא של סבא או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אני - מה שמרכיב אותי ומחבר אותי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שעובר אלינו מהדורות הקודמים: סיפורים, מנהגים, ערכים וחפצים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המילה הנכונה לתיאור חפץ שעובר במשפחה ומספר סיפור מהעבר?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זה סבא־רבא?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אבא של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 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חפץ מורשת הוא תמיד חפץ חדש שקנו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זהות היא מה שמרכיב אותנו ומחבר אותנו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שלנו כוללת סיפורים, מנהגים, ערכים וחפצים מהדורות הקודמים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שלי היא מי שאני, ומה שמחבר אותי למשפחה ולחברים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שעון ישן של סבא שעובר במשפחה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חפץ מורשת שיש במשפחה שלכם - מה הסיפור שלו ומי העביר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המסורת המשפחתית האהובה עליכם? הסבירו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מורשת לזהות?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לחפץ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מורשת ומשפחה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