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מורשת ומשפחה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בנושא מורשת וזהות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בין מושג להגדרה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במושגים במשפטים אישיים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התאמת מושגים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(מה שעובר אלינו מהדורות הקודמים: סיפורים, מנהגים, ערכים וחפצים)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 אני - מה שמרכיב אותי ומחבר אותי לאחרים)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(חפץ שעובר במשפחה ומספר סיפור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(אבא של סבא או של סבתא)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(מנהג שחוזרים עליו שנה אחרי שנה, דור אחרי דור)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חפץ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אבא של סבא או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מורשת זה מה שעובר מדורות קודמים, זהות זה מי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ארוחת שישי משותפת כל 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חפץ מורשת הוא חפץ ישן שעובר במשפחה ומספר סיפור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מסורת חוזרת שנה אחרי שנה, דור אחרי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ההגדרה המדויקת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מורשת כוללת סיפורים, מנהגים, ערכים וחפצים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חפץ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סבא־רבא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יתאר חפץ ישן מהמשפחה, יסביר מי נתן אותו ולמה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יתאר מנהג חוזר במשפחה ויסביר את החשיבות האישית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 יכתוב שלושה מאפיינים אישיים כמו שם, משפחה, תרבות, תחביבים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מורשת - מה שעובר מדורות קודמים; זהות - מי אני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חפץ ישן עם סיפור משפחתי, כמו תכשיט או כלי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מנהג חוזר כמו ארוחה משותפת או חג מסוים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להביא תצלום או תיאור של חפץ מורשת אמיתי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שיתוף סיפורים אישיים בכיתה כדי לחבר את המושגים לחוויה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 ההתאמה וההשלמה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מושגי מורשת ומשפחה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חמישה מושגים חשובים הקשורים למשפחה ולמורשת: מורשת, זהות, חפץ מורשת, סבא־רבא ומסורת.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התאמת מושגים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אני - מה שמרכיב אותי ומחבר אותי לאחרים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זהות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מנהג שחוזרים עליו שנה אחרי שנה, דור אחרי 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חפץ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אבא של סבא או של סבתא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סבא־רבא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חפץ שעובר במשפחה ומספר סיפור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מה שעובר אלינו מהדורות הקודמים: סיפורים, מנהגים, ערכים וחפצים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הנכונה לתיאור חפץ שעובר במשפחה ומספר סיפור מהעבר?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זה סבא־רבא?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 של סבא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אבא של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בן 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שכן של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המילה שמתארת מנהג שחוזר שנה אחרי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חפץ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העיקרי בין מורשת לזהות?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זו אותה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מורשת זה מה שעובר מדורות קודמים, זהות זה מי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 קשורה רק לשם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מורשת זה רק 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מהבאים הוא דוגמה למסורת משפחתית?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קניית בגדים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ארוחת שישי משותפת כל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נסיעה חד פעמית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קניית ספר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מורשת הוא תמיד חפץ חדש שקנו השבוע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זהות היא מה שמרכיב אותנו ומחבר אותנו לאחרים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מסורת היא מנהג חד פעמי שקורה פעם אחת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סבא־רבא הוא ההורה של סבא או סבתא שלנו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כוללת רק חפצים ולא סיפורים או ערכים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שלנו כוללת סיפורים, מנהגים, ערכים וחפצים מהדורות הקודמים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שלי היא מי שאני, ומה שמחבר אותי למשפחה ולחברים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שעון ישן של סבא שעובר במשפחה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אבא של סבא שלי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ארוחה משפחתית שחוזרת כל שבת היא דוגמה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כל __________ מעביר לדור הבא סיפורים וערכים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חפץ מורשת שיש במשפחה שלכם - מה הסיפור שלו ומי העביר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המסורת המשפחתית האהובה עליכם? הסבירו למה היא חשובה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שלושה דברים שמרכיבים את הזהות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מורשת לזהות?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לחפץ 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זאת מסורת?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מושגי מורשת ומשפחה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